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Plantilla para Escaleta de Novela</w:t>
      </w:r>
    </w:p>
    <w:p>
      <w:pPr>
        <w:pStyle w:val="Heading1"/>
      </w:pPr>
      <w:r>
        <w:t>Título provisional:</w:t>
      </w:r>
    </w:p>
    <w:p/>
    <w:p>
      <w:pPr>
        <w:pStyle w:val="Heading1"/>
      </w:pPr>
      <w:r>
        <w:t>Autor/a:</w:t>
      </w:r>
    </w:p>
    <w:p/>
    <w:p>
      <w:pPr>
        <w:pStyle w:val="Heading1"/>
      </w:pPr>
      <w:r>
        <w:t>Género:</w:t>
      </w:r>
    </w:p>
    <w:p/>
    <w:p>
      <w:pPr>
        <w:pStyle w:val="Heading1"/>
      </w:pPr>
      <w:r>
        <w:t>Sinopsis Inicial</w:t>
      </w:r>
    </w:p>
    <w:p>
      <w:r>
        <w:t>Introducción:</w:t>
      </w:r>
    </w:p>
    <w:p>
      <w:r>
        <w:t>Nudo o conflicto principal:</w:t>
      </w:r>
    </w:p>
    <w:p>
      <w:r>
        <w:t>Desenlace:</w:t>
      </w:r>
    </w:p>
    <w:p>
      <w:pPr>
        <w:pStyle w:val="Heading1"/>
      </w:pPr>
      <w:r>
        <w:t>Época y Ubicación:</w:t>
      </w:r>
    </w:p>
    <w:p/>
    <w:p>
      <w:pPr>
        <w:pStyle w:val="Heading1"/>
      </w:pPr>
      <w:r>
        <w:t>Personajes Principales</w:t>
      </w:r>
    </w:p>
    <w:p>
      <w:r>
        <w:t>Nombre:</w:t>
      </w:r>
    </w:p>
    <w:p>
      <w:r>
        <w:t>Descripción breve:</w:t>
      </w:r>
    </w:p>
    <w:p>
      <w:r>
        <w:t>Objetivo en la historia:</w:t>
      </w:r>
    </w:p>
    <w:p/>
    <w:p>
      <w:r>
        <w:t>Nombre:</w:t>
      </w:r>
    </w:p>
    <w:p>
      <w:r>
        <w:t>Descripción breve:</w:t>
      </w:r>
    </w:p>
    <w:p>
      <w:r>
        <w:t>Objetivo en la historia:</w:t>
      </w:r>
    </w:p>
    <w:p/>
    <w:p>
      <w:pPr>
        <w:pStyle w:val="Heading1"/>
      </w:pPr>
      <w:r>
        <w:t>Personajes Secundarios</w:t>
      </w:r>
    </w:p>
    <w:p>
      <w:r>
        <w:t>Nombre:</w:t>
      </w:r>
    </w:p>
    <w:p>
      <w:r>
        <w:t>Descripción breve:</w:t>
      </w:r>
    </w:p>
    <w:p>
      <w:r>
        <w:t>Rol en la historia:</w:t>
      </w:r>
    </w:p>
    <w:p/>
    <w:p>
      <w:r>
        <w:t>Nombre:</w:t>
      </w:r>
    </w:p>
    <w:p>
      <w:r>
        <w:t>Descripción breve:</w:t>
      </w:r>
    </w:p>
    <w:p>
      <w:r>
        <w:t>Rol en la historia:</w:t>
      </w:r>
    </w:p>
    <w:p/>
    <w:p>
      <w:pPr>
        <w:pStyle w:val="Heading1"/>
      </w:pPr>
      <w:r>
        <w:t>Escenas Numeradas</w:t>
      </w:r>
    </w:p>
    <w:p>
      <w:pPr>
        <w:pStyle w:val="Heading2"/>
      </w:pPr>
      <w:r>
        <w:t>Escena 1</w:t>
      </w:r>
    </w:p>
    <w:p>
      <w:r>
        <w:t>Título de la escena:</w:t>
      </w:r>
    </w:p>
    <w:p>
      <w:r>
        <w:t>Descripción y objetivo:</w:t>
      </w:r>
    </w:p>
    <w:p>
      <w:r>
        <w:t>Personajes involucrados:</w:t>
      </w:r>
    </w:p>
    <w:p>
      <w:r>
        <w:t>Escenario:</w:t>
      </w:r>
    </w:p>
    <w:p/>
    <w:p>
      <w:pPr>
        <w:pStyle w:val="Heading2"/>
      </w:pPr>
      <w:r>
        <w:t>Escena 2</w:t>
      </w:r>
    </w:p>
    <w:p>
      <w:r>
        <w:t>Título de la escena:</w:t>
      </w:r>
    </w:p>
    <w:p>
      <w:r>
        <w:t>Descripción y objetivo:</w:t>
      </w:r>
    </w:p>
    <w:p>
      <w:r>
        <w:t>Personajes involucrados:</w:t>
      </w:r>
    </w:p>
    <w:p>
      <w:r>
        <w:t>Escenario:</w:t>
      </w:r>
    </w:p>
    <w:p/>
    <w:p>
      <w:pPr>
        <w:pStyle w:val="Heading2"/>
      </w:pPr>
      <w:r>
        <w:t>Escena 3</w:t>
      </w:r>
    </w:p>
    <w:p>
      <w:r>
        <w:t>Título de la escena:</w:t>
      </w:r>
    </w:p>
    <w:p>
      <w:r>
        <w:t>Descripción y objetivo:</w:t>
      </w:r>
    </w:p>
    <w:p>
      <w:r>
        <w:t>Personajes involucrados:</w:t>
      </w:r>
    </w:p>
    <w:p>
      <w:r>
        <w:t>Escenario:</w:t>
      </w:r>
    </w:p>
    <w:p/>
    <w:p>
      <w:pPr>
        <w:pStyle w:val="Heading2"/>
      </w:pPr>
      <w:r>
        <w:t>Escena 4</w:t>
      </w:r>
    </w:p>
    <w:p>
      <w:r>
        <w:t>Título de la escena:</w:t>
      </w:r>
    </w:p>
    <w:p>
      <w:r>
        <w:t>Descripción y objetivo:</w:t>
      </w:r>
    </w:p>
    <w:p>
      <w:r>
        <w:t>Personajes involucrados:</w:t>
      </w:r>
    </w:p>
    <w:p>
      <w:r>
        <w:t>Escenario:</w:t>
      </w:r>
    </w:p>
    <w:p/>
    <w:p>
      <w:pPr>
        <w:pStyle w:val="Heading2"/>
      </w:pPr>
      <w:r>
        <w:t>Escena 5</w:t>
      </w:r>
    </w:p>
    <w:p>
      <w:r>
        <w:t>Título de la escena:</w:t>
      </w:r>
    </w:p>
    <w:p>
      <w:r>
        <w:t>Descripción y objetivo:</w:t>
      </w:r>
    </w:p>
    <w:p>
      <w:r>
        <w:t>Personajes involucrados:</w:t>
      </w:r>
    </w:p>
    <w:p>
      <w:r>
        <w:t>Escenario:</w:t>
      </w:r>
    </w:p>
    <w:p/>
    <w:p>
      <w:pPr>
        <w:pStyle w:val="Heading1"/>
      </w:pPr>
      <w:r>
        <w:t>Anexo: Biografía Breve de Personajes Principales</w:t>
      </w:r>
    </w:p>
    <w:p>
      <w:pPr>
        <w:pStyle w:val="Heading2"/>
      </w:pPr>
      <w:r>
        <w:t>Personaje 1</w:t>
      </w:r>
    </w:p>
    <w:p>
      <w:r>
        <w:t>Nombre:</w:t>
      </w:r>
    </w:p>
    <w:p>
      <w:r>
        <w:t>Edad:</w:t>
      </w:r>
    </w:p>
    <w:p>
      <w:r>
        <w:t>Personalidad:</w:t>
      </w:r>
    </w:p>
    <w:p>
      <w:r>
        <w:t>Pasado relevante:</w:t>
      </w:r>
    </w:p>
    <w:p>
      <w:r>
        <w:t>Objetivos:</w:t>
      </w:r>
    </w:p>
    <w:p/>
    <w:p>
      <w:pPr>
        <w:pStyle w:val="Heading2"/>
      </w:pPr>
      <w:r>
        <w:t>Personaje 2</w:t>
      </w:r>
    </w:p>
    <w:p>
      <w:r>
        <w:t>Nombre:</w:t>
      </w:r>
    </w:p>
    <w:p>
      <w:r>
        <w:t>Edad:</w:t>
      </w:r>
    </w:p>
    <w:p>
      <w:r>
        <w:t>Personalidad:</w:t>
      </w:r>
    </w:p>
    <w:p>
      <w:r>
        <w:t>Pasado relevante:</w:t>
      </w:r>
    </w:p>
    <w:p>
      <w:r>
        <w:t>Objetivos: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